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广东省2026年成人高考顺利结束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2026-10-18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https://eea.gd.gov.cn/news/content/post_4967724.html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https://eea.gd.gov.cn/crgk/content/post_4967727.html</w:t>
        </w:r>
      </w:hyperlink>
    </w:p>
    <w:p/>
    <w:p>
      <w:r>
        <w:t>10月18日，我省2026年成人高考招生全国统一考试顺利结束。今年我省报考人数31.8万，共设考点265个、考场1.06万个。考试安全顺利、秩序井然，考风考纪良好。</w:t>
      </w:r>
    </w:p>
    <w:p>
      <w:r>
        <w:t>一、周密部署，抓实考前准备</w:t>
      </w:r>
    </w:p>
    <w:p>
      <w:r>
        <w:t>为确保考试安全有序、公正公平，各级教育主管部门会同联席会议成员单位严格落实教育部工作部署，深入研判考试安全形势，专题研究组考工作，周密部署各项保障举措。省、市招生考试机构分级分类召开安全工作和考务培训会，加强工作部署和业务培训；强化考点管理，完善身份识别系统、智能巡查系统和作弊防控体系；精心安排标准化考场，优化考场标识、通道指引，做好考务引导；开展涉考专项治理行动，营造良好考试环境；压实各环节管控责任，细化各类突发情况处置预案。</w:t>
      </w:r>
    </w:p>
    <w:p>
      <w:r>
        <w:t>二、从严组考，筑牢安全防线</w:t>
      </w:r>
    </w:p>
    <w:p>
      <w:r>
        <w:t>抓实试卷安全保密管理，确保试卷绝对安全；强化入场检查，升级智能安检门，加强对手机、智能眼镜、智能穿戴设备等高科技产品查验，严密防范高科技作弊行为；配备人脸识别和身份证阅读器进行身份核验，进一步核实考生身份；所有考点全面启用无线电信号屏蔽设备，阻断作弊信号传输，织密考试安全“防护网”；加强考务人员管理，统一考务操作标准、规范实施流程，持续提升考务规范化水平。</w:t>
      </w:r>
    </w:p>
    <w:p>
      <w:r>
        <w:t>三、暖心护航，优化考生服务</w:t>
      </w:r>
    </w:p>
    <w:p>
      <w:r>
        <w:t>坚持“以生为本”，省教育考试院通过官网、官微发布成人高考系列注意事项，围绕考前准备、诚信应考、考场规则对考生进行暖心提醒；各地细化考生服务，通过设置考生物品存放区、饮水休息点等，推出多项便民举措；积极为残疾考生提供多种合理便利，共同营造和谐组考、温馨助考的良好氛围。</w:t>
      </w:r>
    </w:p>
    <w:p>
      <w:r>
        <w:t>接下来，我省将尽快开展成人高考评卷工作，请考生留意省教育考试院后续成人高考成绩公布、招生录取工作通知。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967724.html" TargetMode="External"/><Relationship Id="rId11" Type="http://schemas.openxmlformats.org/officeDocument/2006/relationships/hyperlink" Target="https://eea.gd.gov.cn/crgk/content/post_49677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