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广东省2025年普通高校招生录取工作日程表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https://eea.gd.gov.cn/ptgk/content/post_4740011.html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https://eea.gd.gov.cn/news/content/post_4740065.html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45503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ef2f84f2df91313059e358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50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7374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d6a12ae9ae78cf076a5ffe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374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532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5677eaa237d7a39ef62be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3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注：招生录取工作日程表如有变动，请以省教育考试院官微官网相关通知为准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0011.html" TargetMode="External"/><Relationship Id="rId11" Type="http://schemas.openxmlformats.org/officeDocument/2006/relationships/hyperlink" Target="https://eea.gd.gov.cn/news/content/post_474006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