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关于做好2019年广东省高职院校五年一贯制单独招生考试报名工作的通知</w:t>
      </w:r>
    </w:p>
    <w:p>
      <w:r>
        <w:rPr>
          <w:sz w:val="18"/>
        </w:rPr>
        <w:t>整理归属  深圳市招生考试办公室</w:t>
      </w:r>
    </w:p>
    <w:p>
      <w:r>
        <w:rPr>
          <w:sz w:val="18"/>
        </w:rPr>
        <w:t>发布日期  2019-03-08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https://szeb.sz.gov.cn/szzkw/zkgg/zkxx/content/post_8946143.html</w:t>
        </w:r>
      </w:hyperlink>
    </w:p>
    <w:p/>
    <w:p>
      <w:r>
        <w:t>各地级以上市教育局、招生办公室（考试中心），有关高等院校：</w:t>
      </w:r>
    </w:p>
    <w:p>
      <w:r>
        <w:t>为做好2019年广东省高职院校五年一贯制单独招生考试（以下简称“五年一贯制考试”）报名工作，根据《广东省教育厅　广东省招生委员会办公室关于做好2019年高职院校五年一贯制单独招生考试工作的通知》（粤教考函〔2019〕5号）要求，现将有关事项通知如下：</w:t>
      </w:r>
    </w:p>
    <w:p>
      <w:r>
        <w:t>一、　报考条件</w:t>
      </w:r>
    </w:p>
    <w:p>
      <w:r>
        <w:t>符合粤教考函〔2019〕5号相应招生类型报考条件的考生，均可报名参加相应招生类型的考试。各招生类型报考条件详见粤教考函〔2019〕5号。</w:t>
      </w:r>
    </w:p>
    <w:p>
      <w:r>
        <w:t>二、招生院校及专业</w:t>
      </w:r>
    </w:p>
    <w:p>
      <w:r>
        <w:t>2019年招生院校及招生专业计划详见粤教考函〔2019〕5号。</w:t>
      </w:r>
    </w:p>
    <w:p>
      <w:r>
        <w:t>三、全省统考报名</w:t>
      </w:r>
    </w:p>
    <w:p>
      <w:r>
        <w:t>（一）报名时间、地点</w:t>
      </w:r>
    </w:p>
    <w:p>
      <w:r>
        <w:t>全省统考考生预报名时间为3月18-23日，考生在预报名规定的时间内，登录 “广东省高职院校五年一贯制招生报名系统”(网址：http://eea.gd.gov.cn/bmbk/)预报名；预报名时，考生须按要求（报名系统提示）准确填报个人报考基本信息; 每个考生可报考2所院校、每所院校可填报3个专业志愿。现场确认报名时间：3月23-26日, 具体时间见各招生院校网站的五年一贯制招生章程。各招生院校的现场确认报名点分别由各招生院校在报名系统中自行设置，考生可在报名系统中查询获悉各招生院校的现场确认报名点，并须前往就近报名点进行现场确认。</w:t>
      </w:r>
    </w:p>
    <w:p>
      <w:r>
        <w:t>术科考试分音乐、美术、体育共3种类型，考生只能选择报考其中一种类型的术科考试。为方便考生同时参加文化课和术科考试，考生应选择与文化课相同的术科考点参加术科考试。</w:t>
      </w:r>
    </w:p>
    <w:p>
      <w:r>
        <w:t>（二）报名程序</w:t>
      </w:r>
    </w:p>
    <w:p>
      <w:r>
        <w:t>考生首先在网上预报名，再到现场确认报名点办理相关报名手续（流程见附件1），方可取得考试资格。具体如下：</w:t>
      </w:r>
    </w:p>
    <w:p>
      <w:r>
        <w:t>1.网上预报名</w:t>
      </w:r>
    </w:p>
    <w:p>
      <w:r>
        <w:t>预报名采用考生自行上网填报和现场确认报名点集中填报两种方式。各现场确认报名点要为不具备上网条件的考生提供上网环境与便利，并帮助考生解决在网上报名中出现的问题。</w:t>
      </w:r>
    </w:p>
    <w:p>
      <w:r>
        <w:t>（1）登录报名系统。考生登录 “广东省高职院校五年一贯制招生报名系统”（网址：http://eea.gd.gov.cn/bmbk/）。因无上网条件而未能完成预报名的考生可直接在现场确认报名时，到现场确认报名点上网预报名；现场确认报名点也可从网页上打印空白报名表交给考生，考生填好表后交报名点或有上网条件的人帮助录入，报名点可即时录入也可集中录入。</w:t>
      </w:r>
    </w:p>
    <w:p>
      <w:r>
        <w:t>（2）做好诚信确认。考生进入预报名网页，认真阅读《五年一贯制高职单独招生考试考生守则》和《五年一贯制高职单独招生考试考生诚信考试承诺书》，确认已阅读及承诺遵守《五年一贯制高职单独招生考试考生守则》和《五年一贯制高职单独招生考试考生诚信考试承诺书》要求后，才可进入报名网页。</w:t>
      </w:r>
    </w:p>
    <w:p>
      <w:r>
        <w:t>（3）预报名。考生预报名网页提供三个功能：考生密码设置和密码保护功能；考生报考信息填写功能；考生报考信息确认功能。具体如下：一是考生首次成功登录系统后自动生成一个报名号，考生在成功登录后必须设置登录密码和密码保护，密码保护包括自定义的问题和答案两项内容，均由考生任意填写；考生在下次登录预报名网页时，必须输入预报名号和登录密码方可登录进入系统；忘记密码可以采用密码保护功能，输入正确的问题和答案后即可登录并显示之前录入的预报名信息。二是考生报考信息由考生的基本资料、联系方式、简历、家庭关系、考点和确认报名点选择和志愿等信息组成；考生密码、密码保护和考生报考信息在信息确认前都可以多次登录预报名网页进行修改。三是考生填写完成报考信息后可以浏览报考信息，即《2019年广东省五年一贯制高职单独招生考试报名登记表》（以下简称“《报名登记表》”，见附件2），确定无误后在系统上点击“信息确认”；考生必须记住本人的预报名号和个人密码，以便在现场确认时修改本人的资料及填报的志愿，及以后查询考试成绩和录取结果。</w:t>
      </w:r>
    </w:p>
    <w:p>
      <w:r>
        <w:t>在系统上录入的所有汉字信息均采用简体中文，考生姓名中无法输入的汉字使用支持国标大字符集的输入法输入，的确找不到的汉字用两个半角字符“??”代替；同时要在报名确认时书面向报名点申请更正。报名结束后，报名点应将姓名中有生僻字而无法录入系统的考生姓名、考生号造册连同考生身份证复印件（须注明“此件与原件一致”并加盖公章和校对章）上报招生院校，由招生院校汇总后统一上报省教育考试院信息管理处。</w:t>
      </w:r>
    </w:p>
    <w:p>
      <w:r>
        <w:t>2.现场确认报名点办理确认手续</w:t>
      </w:r>
    </w:p>
    <w:p>
      <w:r>
        <w:t>（1）考生须携带的报名材料。考生在完成网上预报名后，按系统的提示，在3月23-26日（具体时间由招生院校确定）携带以下材料到预报名确定的报名点，办理报名资格确认手续：</w:t>
      </w:r>
    </w:p>
    <w:p>
      <w:r>
        <w:t>①预报名回执</w:t>
      </w:r>
    </w:p>
    <w:p>
      <w:r>
        <w:t>②本人二代身份证原件及复印件</w:t>
      </w:r>
    </w:p>
    <w:p>
      <w:r>
        <w:t>③居民户口簿原件及复印件</w:t>
      </w:r>
    </w:p>
    <w:p>
      <w:r>
        <w:t>④应届生提供学生证原件及复印件，或学校开具的符合2019年中考报名条件的证明（原件）</w:t>
      </w:r>
    </w:p>
    <w:p>
      <w:r>
        <w:t>⑤往届生提供初中毕业证书原件及复印件</w:t>
      </w:r>
    </w:p>
    <w:p>
      <w:r>
        <w:t>符合生源地报考条件的外省户籍考生还需提交填写完整的并经生源地地级市招生办盖章确认的《广东省进城务工人员随迁子女五年一贯制高职招生考试报名资格审核表》（以下简称《审核表》，见附件3）。</w:t>
      </w:r>
    </w:p>
    <w:p>
      <w:r>
        <w:t>（2）考生确认报考信息。考生要认真核实《报名登记表》，补填漏（错）输信息，尤其应逐字核实考生本人的姓名、身份证号码、性别、就读中学、报考志愿、考试地点等信息。参加术科考试的考生必须认真核对术科考试信息，确认无误后在《报名登记表》上签名。如果核对时发现有错误，考生应在《报名登记表》上用笔更正，再交工作人员在网上修改后重新签名确认。考生必须对自己所提供信息的真实性、准确性负责。《报名登记表》一经签名确认，所有的报名信息不得更改。同时，考生须在打印出来的《考生诚信考试承诺书》上签名。</w:t>
      </w:r>
    </w:p>
    <w:p>
      <w:r>
        <w:t>考生报名信息准确与否，直接关系到考生的切身利益。考生的考试、录取以及升学后的学籍管理和毕业证书电子注册，都将以考生网上确认的报名信息为准。考生须认真核对报名信息，如有疑问须向老师和家长咨询，确保提供的报名信息真实、准确。因考生本人录入错误或不认真校对而造成的后果，责任由考生本人承担。各报名点应认真做好宣传工作，派专人负责考生数据的采集，确保考生信息的准确、完整。</w:t>
      </w:r>
    </w:p>
    <w:p>
      <w:r>
        <w:t>（3）缴纳考试费和领取准考证</w:t>
      </w:r>
    </w:p>
    <w:p>
      <w:r>
        <w:t>根据广东省物价局、广东省财政厅《关于我省普通高考文化科考试收费问题的复函》（粤价函〔2014〕19号）规定，考生须按每科25元的标准缴纳考试费，文化课按3科收费，术科考试按基本素质和专项基础2科收费。</w:t>
      </w:r>
    </w:p>
    <w:p>
      <w:r>
        <w:t>考生在现场确认报名时当场缴交考试费；有条件的高职院校可实行网上缴费确认。各现场确认报名点应提供考试费代收服务，负责本现场确认报名点的所有考生考试费的缴交工作。考试费用转交等工作由招生院校与报名点自行确定。</w:t>
      </w:r>
    </w:p>
    <w:p>
      <w:r>
        <w:t>考生凭现场确认报名时取得的报名登记表回执于文化课考前一天到文化课考点领取准考证（见附件5）。</w:t>
      </w:r>
    </w:p>
    <w:p>
      <w:r>
        <w:t>（三）工作要求</w:t>
      </w:r>
    </w:p>
    <w:p>
      <w:r>
        <w:t>1.现场确认报名点须用二代身份证读卡器复核考生姓名、性别、身份证号等关键信息。</w:t>
      </w:r>
    </w:p>
    <w:p>
      <w:r>
        <w:t>2.认真审核考生报名资格</w:t>
      </w:r>
    </w:p>
    <w:p>
      <w:r>
        <w:t>（1）现场确认报名点和各招生院校要严格认真审核考生提交的报名材料（预报名回执、本人二代身份证原件及复印件、居民户口簿原件及复印件、应届生提供学生证原件及复印件或学校开具的符合2019年中考报名条件的证明（原件）、往届生提供初中毕业证书原件及复印件）。</w:t>
      </w:r>
    </w:p>
    <w:p>
      <w:r>
        <w:t>（2）对属于外省户籍的考生，各招生院校要认真审核《审核表》，对考生填写内容不完整的，一律不得接受报名。若因客观原因导致《审核表》未能及时获得考生学籍所在地招生办审核者，报名点可先接受此类考生报名；但此类考生须最终经学籍所在地招生办审核通过后，才能获得录取资格。各招生院校在报名结束后，须及时填写《广东省进城务工人员随迁子女五年一贯制招生考试报名情况汇总表》（见附件4）连同未获得考生学籍所在市招生办审核通过的考生《审核表》，于4月25日前统一交到省教育考试院（中招处），再由省教育考试院转交生源市招办复核。</w:t>
      </w:r>
    </w:p>
    <w:p>
      <w:r>
        <w:t>（3）各招生院校及各报名点要严格做好考生资格审查工作。提交材料不全者，不接受现场确认。凡不符合报考条件的考生，一律不予报名。经审核被发现不符合报考条件的，一律取消报名、考试或录取资格。</w:t>
      </w:r>
    </w:p>
    <w:p>
      <w:r>
        <w:t>3.电子摄像。工作人员对考生提供的基本信息确认无误后，对考生进行电子摄像并在报名系统上提交，正确提交后打印出该考生的《报名登记表》。</w:t>
      </w:r>
    </w:p>
    <w:p>
      <w:r>
        <w:t>4.收取考生报考材料。各招生院校必须安排专人负责将考生的报考资料【二代身份证复印件、户口簿复印件、应届生提供的学生证复印件或学校开具的符合2019年中考报名条件的证明（原件）、往届生提供的初中毕业证书复印件、《审核表》原件（仅外省户籍考生提供）】一套留底，复印件上注明“此件与原件一致”，并由审核人签名盖章。</w:t>
      </w:r>
    </w:p>
    <w:p>
      <w:r>
        <w:t>经考生签名的《报名登记表》和《考生诚信考试承诺书》等，与考生报考资料等一起应收回备查，由报名点统一封存一年后集中销毁。</w:t>
      </w:r>
    </w:p>
    <w:p>
      <w:r>
        <w:t>5．各报名点在报名结束后要尽早完成有关修改、校验数据的工作，并及时进行有关统计。</w:t>
      </w:r>
    </w:p>
    <w:p>
      <w:r>
        <w:t>四、指标到市、公费定向报名</w:t>
      </w:r>
    </w:p>
    <w:p>
      <w:r>
        <w:t>指标到市、公费定向报名按粤教考函〔2019〕5号要求执行，由各相关市招生办负责组织实施，具体报名及填报志愿的实施办法由安排招生计划的市招生办制定。</w:t>
      </w:r>
    </w:p>
    <w:p>
      <w:r>
        <w:t>五、其他事项</w:t>
      </w:r>
    </w:p>
    <w:p>
      <w:r>
        <w:t>各招生院校在报名工作开始前，要在本校网站上做好报名的各项宣传工作。各现场确认报名点应配置具备电子摄像功能的电脑和二代身份证阅读器，以确保考生个人基本信息（包括：姓名、性别、民族、出生日期、身份证号等）采集的真实准确，有效杜绝考生利用弄虚作假的手段获取报名资格，杜绝徇私舞弊行为的发生，并为新生学籍电子注册打下基础。要认真组织现场确认报名工作人员进行系统测试和操作培训，确保报名工作顺利实施。招生院校、报名点通过用户名及密码登录“广东省高职院校五年一贯制招生报名系统”组织报名工作。</w:t>
      </w:r>
    </w:p>
    <w:p>
      <w:r>
        <w:t>各招生院校要积极争取各市、县（市、区）招生办的支持，指导各报名点开展考生网上预报名和信息确认工作，并在网上监控各报名点的工作进度，及时处理遗留问题的整理与申报。为确保报名工作顺利进行，各招生院校必须在3月14 日16时前通过网站上报《2019年五年一贯制高职院校上报数据一览表》（见附件6）。</w:t>
      </w:r>
    </w:p>
    <w:p>
      <w:r>
        <w:t>业务联系人：许老师　　 联系电话：020-38627984。</w:t>
      </w:r>
    </w:p>
    <w:p>
      <w:r>
        <w:t>附件：</w:t>
      </w:r>
    </w:p>
    <w:p>
      <w:r>
        <w:t>1．全省统考网上报名简要工作流程</w:t>
      </w:r>
    </w:p>
    <w:p>
      <w:r>
        <w:t>2．2019年广东省五年一贯制高职单独招生考试报名登记表</w:t>
      </w:r>
    </w:p>
    <w:p>
      <w:r>
        <w:t>3．广东省进城务工人员随迁子女五年一贯制招生考试报名资格审核表</w:t>
      </w:r>
    </w:p>
    <w:p>
      <w:r>
        <w:t>4．广东省进城务工人员随迁子女五年一贯制招生考试报名情况汇总表</w:t>
      </w:r>
    </w:p>
    <w:p>
      <w:r>
        <w:t>5．2019年五年一贯制高职单独招生考试准考证及存根样式</w:t>
      </w:r>
    </w:p>
    <w:p>
      <w:r>
        <w:t>6．2019年五年一贯制高职院校上报数据一览表</w:t>
      </w:r>
    </w:p>
    <w:p>
      <w:r>
        <w:t>附件.docx</w:t>
      </w:r>
    </w:p>
    <w:p>
      <w:pPr>
        <w:pStyle w:val="Heading1"/>
      </w:pPr>
      <w:r>
        <w:t>附件及下载链接</w:t>
      </w:r>
    </w:p>
    <w:p>
      <w:hyperlink r:id="rId11">
        <w:r>
          <w:rPr>
            <w:color w:val="18548A"/>
          </w:rPr>
          <w:t>附件.docx</w:t>
        </w:r>
      </w:hyperlink>
    </w:p>
    <w:p>
      <w:r>
        <w:rPr>
          <w:sz w:val="16"/>
        </w:rPr>
        <w:t>https://szeb.sz.gov.cn/attachment/0/802/802898/8946143.docx</w:t>
      </w:r>
    </w:p>
    <w:p>
      <w:pPr>
        <w:pStyle w:val="Heading1"/>
      </w:pPr>
      <w:r>
        <w:t>正文相关链接</w:t>
      </w:r>
    </w:p>
    <w:p>
      <w:hyperlink r:id="rId12">
        <w:r>
          <w:rPr>
            <w:color w:val="18548A"/>
          </w:rPr>
          <w:t>http://eea.gd.gov.cn/bmbk/</w:t>
        </w:r>
      </w:hyperlink>
    </w:p>
    <w:p>
      <w:r>
        <w:t>http://eea.gd.gov.cn/bmbk/</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43.html" TargetMode="External"/><Relationship Id="rId11" Type="http://schemas.openxmlformats.org/officeDocument/2006/relationships/hyperlink" Target="https://szeb.sz.gov.cn/attachment/0/802/802898/8946143.docx" TargetMode="External"/><Relationship Id="rId12" Type="http://schemas.openxmlformats.org/officeDocument/2006/relationships/hyperlink" Target="http://eea.gd.gov.cn/bmb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