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2020年广东省自学考试开考课程使用教材表</w:t>
      </w:r>
    </w:p>
    <w:p>
      <w:r>
        <w:rPr>
          <w:sz w:val="18"/>
        </w:rPr>
        <w:t>整理归属  深圳市招生考试办公室</w:t>
      </w:r>
    </w:p>
    <w:p>
      <w:r>
        <w:rPr>
          <w:sz w:val="18"/>
        </w:rPr>
        <w:t>发布日期  2019-10-31</w:t>
      </w:r>
    </w:p>
    <w:p>
      <w:r>
        <w:rPr>
          <w:sz w:val="18"/>
        </w:rPr>
        <w:t>来源  深圳市招生考试办公室官网</w:t>
      </w:r>
    </w:p>
    <w:p>
      <w:r>
        <w:rPr>
          <w:sz w:val="18"/>
        </w:rPr>
        <w:t>栏目  自考教材</w:t>
      </w:r>
    </w:p>
    <w:p>
      <w:r>
        <w:rPr>
          <w:sz w:val="18"/>
        </w:rPr>
        <w:t>存档日期  2026-10-27</w:t>
      </w:r>
    </w:p>
    <w:p>
      <w:r>
        <w:t xml:space="preserve">原文链接  </w:t>
      </w:r>
      <w:hyperlink r:id="rId10">
        <w:r>
          <w:rPr>
            <w:color w:val="18548A"/>
          </w:rPr>
          <w:t>https://szeb.sz.gov.cn/szzkw/zkcx/zxks/zkjc/content/post_8950004.html</w:t>
        </w:r>
      </w:hyperlink>
    </w:p>
    <w:p/>
    <w:tbl>
      <w:tblPr>
        <w:tblW w:type="auto" w:w="0"/>
        <w:jc w:val="center"/>
        <w:tblLayout w:type="fixed"/>
        <w:tblLook w:firstColumn="1" w:firstRow="1" w:lastColumn="0" w:lastRow="0" w:noHBand="0" w:noVBand="1" w:val="04A0"/>
      </w:tblPr>
      <w:tblGrid>
        <w:gridCol w:w="1440"/>
        <w:gridCol w:w="1440"/>
        <w:gridCol w:w="1440"/>
        <w:gridCol w:w="1440"/>
        <w:gridCol w:w="1440"/>
        <w:gridCol w:w="1440"/>
        <w:gridCol w:w="1440"/>
      </w:tblGrid>
      <w:tr>
        <w:trPr>
          <w:tblHeader/>
        </w:trPr>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课程代码</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教材名称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主编</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出版社</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版次</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政治经济学（财经类）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政治经济学（财经类）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张雷声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英语（一）自学教程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张敬源、张虹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英语（二）自学教程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张敬源、张虹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赵守香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扈志明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吴纪桃、漆毅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高等数学（工本）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陈兆斗  邢永丽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普通逻辑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普通逻辑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杜国平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张厚粲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刘豪兴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朱立元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  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经济法概论（财经类）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李仁玉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管理系统中计算机应用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管理系统中计算机应用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周山芙、赵苹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白瑷峥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刘东明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毕克贵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  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国家税收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国家税收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孙世强、韩东京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吴旭东、田雷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国民经济统计概论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国民经济统计概论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  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货币银行学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货币银行学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陈雨露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贾国军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外国财政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资本主义财政学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王传伦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国际税收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李久龙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政府与事业单位会计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政府与事业单位会计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昝志宏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赵曼、戴瑾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商业银行业务与经营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商业银行业务与经营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马丽娟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银行信贷管理学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银行信贷管理学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  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  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银行会计学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张超英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张栓林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英汉互译教程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孟庆升、张希春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英语（上）、（下）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吴顺昌、黄震华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薛荣久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黄国庆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中国对外贸易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中国对外贸易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黄晓玲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外贸函电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外贸函电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方春祥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外刊经贸知识选读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外刊经贸知识选读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史天陆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外贸英语写作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王关富、蒋显璟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00098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国际市场营销学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张静中 、许娟娟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国际运输与保险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国际运输与保险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叶梅、黄敬阳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世界市场行情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世界市场行情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杨逢华 、林桂军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证券投资学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证券投资学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贝政新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刘熙瑞  杨朝聚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工商行政管理学概论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工商行政管理学概论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许光建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陈建军、梁计南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2004年4月一版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刘凤良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闫笑非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生产与作业管理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生产与作业管理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张仁侠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中国税制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中国税制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梁俊娇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赵凤敏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冷柏军  张  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贾玉革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企业经营战略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企业经营战略概论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白瑷峥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组织行为学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组织行为学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高树军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丁栋虹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孟永峰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成本会计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成本会计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  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余恕莲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资产评估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资产评估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李胜坤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  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丁瑞玲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　淳 吕兆德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王本哲 王尔康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程正方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杨河清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劳动就业概论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就业与培训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张小建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  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楼建波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房地产开发经营与管理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何红、戚瑞双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季如进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首都经济贸易大学出版社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  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周筱莲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谈判与推销技巧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谈判与推销技巧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王洪耘  李先国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中国广告学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  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廖为建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消费经济学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伊志宏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毕克贵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商品流通概论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商品流通概论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汪旭晖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国际商务谈判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国际商务谈判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  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林南枝、陶汉军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甘朝有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旅行社经营与管理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旅行社经营与管理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杜江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旅游市场学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旅游市场学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林南枝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00194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旅游法教程（第2版）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韩玉灵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知识产权法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知识产权法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吴汉东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★公司法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公司法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顾功耘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顾功耘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2020年10月启用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环境与资源保护法学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环境与资源保护法学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  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证据法学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证据法学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合同法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合同法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傅鼎生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徐孟洲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郭明瑞 房绍坤 刘凯湘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潘剑锋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张守文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张明楷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国际经济法概论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余劲松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　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国际私法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国际私法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蒋新苗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票据法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票据法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傅鼎生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保险法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徐卫东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公证与律师制度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公证与律师制度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马宏俊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刑事诉讼法学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汪建成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湛中乐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法律文书写作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法律文书写作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刘金华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外国法制史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曾尔恕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李启成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西方法律思想史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徐爱国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人类成长与环境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人类行为与社会环境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汪新建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胡象明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卢淑华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陈钟林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中国时代经济出版社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西方社会学理论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西方社会学理论教程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侯钧生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社会科学文献出版社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个案社会工作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个案工作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隋玉杰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社会行政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社会工作行政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中国福利思想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现代社会福利思想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吴忠民、刘祖云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2002年12月1版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孙亚忠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00294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劳动社会学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周光辉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当代中国政治制度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当代中国政治制度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王续添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西方政治制度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谭君久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公共政策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公共政策学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宁  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★行政组织理论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行政组织理论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　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领导科学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领导科学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  强  彭向刚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中国文化概论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中国文化概论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中国行政史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中国行政史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虞崇胜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西方行政学说史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西方行政学说史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竺乾威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人事管理学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现代人事管理学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潘文庆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乡镇经济管理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乡镇企业经济管理学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和丕禅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乡镇资源开发与环境保护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乡镇资源开发利用与环境保护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赖乙光等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公文写作与处理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公文写作与处理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饶士奇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高级语言程序设计（一）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高级语言程序设计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  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常崇宜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办公自动化原理及应用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办公自动化技术及应用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李明富、顾娅军等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北京航空航天大学出版社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梁志燊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陈帼眉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祝士媛、张美妮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吉林大学出版社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邢利娅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学前儿童数学教育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学前儿童数学教育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张慧和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杨爱华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学前儿童科学教育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学前儿童科学教育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廖丽英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学前儿童语言教育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学前儿童语言教育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幼儿园课程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幼儿园课程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虞永平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科学.技术.社会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科学、技术与社会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刘孝廷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学前儿童美术教育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学前儿童美术教育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屠美如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学前儿童音乐教育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学前儿童音乐教育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许卓娅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韩映虹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00399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学前游戏论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学前游戏论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丁海东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学前比较教育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比较学前教育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  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何晓夏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学前儿童家庭教育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学前儿童家庭教育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李洪曾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美育基础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美育基础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王旭晓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现代教育技术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现代教育技术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乌美娜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吴王杰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劳凯声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扈中平、李方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中外教育管理史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中外教育管理史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施克灿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杨颖秀等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孙绵涛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教育评估和督导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教育督导、评价与监测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苏君阳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靳希斌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教育统计与测量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教育统计与测量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赵德成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劳凯声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劳凯声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2020年10月启用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教育预测与规划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教育预测与规划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朱颜杰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教育管理心理学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郭瞻予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教育科学研究方法（二）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教育科学研究方法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刘志军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虞永平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华东师范大学出版社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鲍传友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柯佑祥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华东师范大学出版社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现代人员测评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人员测评理论与方法（第二版）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萧鸣政等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★中外教育简史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中外教育简史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刘德华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刘德华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2020年10月启用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心理卫生与心理辅导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心理卫生与心理辅导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  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发展与教育心理学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发展与教育心理学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阴国恩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课程与教学论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课程与教学论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钟启泉 张  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德育原理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德育原理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班建武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成有信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使用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魏曼华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2020年10月启用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认知心理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认知心理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高玉祥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吕姿之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00497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运动训练学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运动训练学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艺术概论（第二版）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孙美兰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徐行言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机关管理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机关管理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陈广胜 胡鸿杰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董继超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外国秘书工作概况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外国秘书工作概况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方国雄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英语国家概况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英语国家概况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余志远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文学概论（一）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王一川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陈思和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陈思和 宋炳辉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方智范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中国古代文学作品选（二）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方智范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刘建军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齐沪扬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中国现代文学史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  帆 朱晓进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  洪 张峰屹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中国古代文学史（二）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  洪 张峰屹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孟昭毅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语言学概论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语言学概论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  阳 贺  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俞洪亮 秦  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英语阅读（二）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白永权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00597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杨俊峰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王家湘 张中载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新编日汉翻译教程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庞春兰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1998年3月第一版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杨俊峰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英美文学选读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英美文学选读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张伯香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基础日语（一）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日本语[1-2]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黄仁贵编译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山西人民出版社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1997年3月第3版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基础日语（二）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标准日语中级教程（上册）</w:t>
              <w:br/>
              <w:t xml:space="preserve"> 标准日语中级教程（下册）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张慧明、刘小珊(上册)</w:t>
              <w:br/>
              <w:t xml:space="preserve"> 张慧明、黎珂（下册）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2003年8月第1版                      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精修日本语文法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日本国概况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日本国家概况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刘笑明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高级日语（一）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日语（第7册）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陈生保、胡国伟、陈华洁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高级日语（二）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日语（第8册）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陈生保、胡国伟、陈华洁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1987年12月第1版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日语句法篇章法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日语句法研究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陈访泽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日本文学作品选读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高金萍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马春辉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广告法规与管理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广告法规与管理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李明伟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2009第1月第1版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马谋超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中国市场出版社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广告媒体分析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广告媒体分析课程辅导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聂艳梅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2004.9第一版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企业形象与策划（CIS）</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企业形象与策划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孙国辉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广播电视广告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广播电视广告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何建平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平面广告设计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平面广告设计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2004.2第一版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中外广告史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中外广告史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陈培爱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中国物价出版社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2002·8第二版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传播学概论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传播学概论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张国良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  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李兴国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陈先红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周安华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公关语言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公共关系语言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蒋春堂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丁淦林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新闻采访写作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新闻采访写作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赵景云 刘小燕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报纸编辑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报纸编辑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闫  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新闻评论写作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新闻评论写作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曾建雄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新闻摄影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新闻摄影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毕根辉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外国新闻事业史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张允若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中外新闻作品研究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中外新闻作品研究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汤世英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新闻事业管理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新闻媒体经营与管理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谢新洲 陈春彦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服装材料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现代服装材料学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周璐英、吕逸华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00683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服装市场与营销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刘小红、刘东、陈学军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2008年4月第3版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简明配器法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管弦乐法基础教程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美术鉴赏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中国美术史及作品鉴赏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皮道坚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中国古代画论发展史实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李来源等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尹少淳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档案学概论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档案管理学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冯惠玲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综合英语（一）上下册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徐克容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综合英语（二）上下册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徐克容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新编剑桥商务英语（初级）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(英）Cook，R.</w:t>
              <w:br/>
              <w:t xml:space="preserve"> (英)Pedretti，M.</w:t>
              <w:br/>
              <w:t xml:space="preserve"> (英)Stephenson，H.</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邬文兵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00799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李宝仁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赵玉焕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赵西卜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魏振华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陈守忠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管晓峰、闫宝龙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财务报表分析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李晓梅、白蔚秋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许冰梅、郑云瑞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黄桂芝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邱伟年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中国古代文论选读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古代文论名篇选读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韩湖初、陈良运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中国书籍出版社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现代汉语语法研究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现代汉语语法学（增订本）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傅雨贤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1994年4月第1次修订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现代英语语法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李基安 王望妮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英语词汇学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英语词汇学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张维友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第二外语（日语）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日语入门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杨拙人、下泽胜井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广州外语音像出版社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第二外语（法语）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简明法语教程(上下册)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商务印书馆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日语阅读（一）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新编日语阅读文选（第一册）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陆静华、季林根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日语阅读（二）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新编日语阅读文选（第二册）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陆静华、季林根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第二外语（英语）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大学英语自学教程（上、下册）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1999年12月第2版(上册)                                1998年6月第2版(下册)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视觉传达设计基础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陈振旺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广告文案写作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广告方案写作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胡晓芸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1998.12第一版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丁俊杰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陆俭明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学前教育科学研究与论文写作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学前教育科学研究与论文写作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杨丽珠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曹中平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学前特殊儿童教育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学前特殊儿童教育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学前教育行政与管理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学前教育行政与管理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张燕、闫水晶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学前教育诊断与咨询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学前教育诊断与咨询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顾荣芳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学前儿童心理卫生与辅导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学前儿童心理卫生与辅导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朱家雄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儿童文学名著导读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儿童文学名著导读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王泉根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缪代文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汪旭晖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国际贸易实务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聂利君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商务交流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市场信息学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市场信息学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杨小平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计算机与网络技术基础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计算机与网络技术基础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程大为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00898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互联网软件应用与开发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互联网软件应用与开发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  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网页设计与制作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网页设计与制作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赵守香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电子商务网站设计原理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电子商务网站设计原理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　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网络营销与策划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网络营销与策划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秦良娟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网络经济与企业管理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网络经济与企业管理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李凤云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互联网数据库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互联网数据库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周志忠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  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电子商务与现代物流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电子商务与现代物流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何明珂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审计学基础（第三版）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王守龙、王珠强、杨玉龙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2011年4月第3版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范文正、林洪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刘开华、王荣荣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中国科学技术出版社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钱小军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  峰　曾咏梅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周庆山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电子商务安全导论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电子商务安全导论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蒋汉生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00999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政府预算管理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政府预算管理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物流案例与实训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物流案例与实训（第二版）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李联卫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孙桓、陈作模、葛文杰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2013年4月第8版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宋宝玉、王黎钦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几何量公差与检测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互换性与技术测量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廖念钊、古莹菴、莫雨松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中国计量出版社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2011年2月第5版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01099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于骏一、邹青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计算机辅助工程软件（UG）</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UG NX6中文版应用与实例教程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黎震、刘磊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机电传动与控制技术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机电传动控制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张志义、孙蓓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电视画面编辑基础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电视画面编辑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何苏六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中国广播电视出版社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电视摄影造型基础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电视摄影造型基础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任金州、陈刚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中国传媒大学出版社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高鑫、周文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中国传媒大学出版社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非线性编辑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非线性编辑系统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余胜泉、杨可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中国传媒大学出版社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电视采访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电视采访学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朱羽君、雷蔚真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电视节目导播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电视导播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薛文宏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电视文艺编导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广播电视文艺编导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项仲平、王国臣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电视艺术片创作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电视艺术学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广播新闻节目创作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现代广播学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梁巾声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电视节目包装与编排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电视节目编排与包装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中国国际广播出版社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电视片结构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电视节目结构方法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童宁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中国广播电视出版社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01281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张传燧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01282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外国教育史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贺国庆、于洪波、朱文富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01457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王英杰、范德峰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模具材料与热处理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模具材料与热处理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蒋敏球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冷冲压工艺与模具设计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冷冲压工艺与模具设计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王树勋、廖红宜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压铸模及其他模具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金属压铸工艺与模具设计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骆生、许琳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塑料成型机械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塑料成型设备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陈滨楠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杨中文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企业管理与技术经济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企业管理与技术经济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徐金石、陶田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01667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数控加工工艺及设备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现代数控加工工艺与装备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张平亮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高作信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2001年4月第3版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药物分析（三）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刘文英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2003.6五版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药物化学（二）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药物化学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2003.6五版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药剂学（二）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药剂学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崔福德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2003.7五版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01763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药事管理学（二）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药事管理学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机械测试技术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汽车工程测试技术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麻友良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公务员制度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公务员制度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刘俊生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高等代数（一）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华南师大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01891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车身工程应用数学基础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范远泽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数学分析讲义（上下册部分）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刘玉琏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常微分方程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常微分方程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王高雄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1983年9月第2版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复变函数论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复变函数论（第二版）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钟玉泉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初等数论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初等数论（第二版）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闵嗣鹤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1982年9月第2版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微分几何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微分几何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梅向明、黄敬之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小学数学教学论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马云鹏等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物理化学（二）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侯新朴、詹先成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2003.5五版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无机及分析化学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无机化学与分析化学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林培喜、朱玲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哈尔滨工程大学出版社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高鸿宾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分子生物学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药学分子生物学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史济平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2003.7二版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实验心理学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实验心理学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孟庆茂、常建华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1999年5月第一版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胡佩诚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张迎新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火玥人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张海霞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  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蔡怀崇 张克猛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文献检索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社会科学文献检索与利用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机械制图（一）（含习题集）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许睦旬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  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余小燕、郑毅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孙洪祥张志刚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02198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申亚男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传感器与检测技术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传感器与检测技术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樊尚春 张建民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机械制造装备设计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机械制造装备设计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冯辛安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塑料成型工艺与模具设计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刘彦国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电机与拖动基础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电机及拖动基础（上下册）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顾绳谷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1999年10月第2版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沈任元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可编程控制器原理与应用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可编程控制器原理与应用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贾贵玺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电工学（上册  电工技术）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林珊、陈国鼎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计算机基础与程序设计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计算机基础与程序设计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孙践知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孙德文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电力电子技术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电力电子技术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王兆安、黄俊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检测与转换技术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电气测试技术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林德杰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微机控制技术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于海生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电力拖动自动控制系统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电力拖动自动控制系统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陈伯时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02299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工业自动化仪表与过程控制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过程控制仪表及控制系统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林德杰等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张琼声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计算机组成原理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计算机组成原理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袁春风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张琼声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离散数学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离散数学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辛运帏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计算机系统结构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计算机系统结构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李学干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陈向群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苏仕华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网络操作系统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陈向群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非线性电子电路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电子线路(非线性部分)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冯军、谢嘉奎等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数字电路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数字电路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余志新、徐娟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蒋焕文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中国计量出版社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单片机原理及应用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MCS-51系列微型计算机及其应用(第3版)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孙育才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东南大学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计算机软件基础（二）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计算机软件技术基础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徐士良、葛兵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运筹学基础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运筹学基础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张学群 崔  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信息系统开发---方法、案例与实验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郝晓玲、韩冬梅、韩松乔</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  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孙卫真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杨一平 卢  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倪继烈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丁建梅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工程测量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陈丽华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建筑材料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建筑材料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赵亚丁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周广春 王秋生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张金生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房屋建筑学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房屋建筑学（第4版）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李必瑜、王雪松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2012年6月第4版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混凝土及砌体结构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混凝土及砌体结构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邹超英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02398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土力学及地基基础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土力学及地基基础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杨小平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穆静波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工程地质及土力学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工程地质及土力学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廖红建 党发宁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结构力学（二）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张金生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混凝土结构设计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混凝土结构设计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邹超英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钢结构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钢结构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钟善桐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建筑经济与企业管理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建筑经济与项目管理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严  薇 华建民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建筑结构试验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建筑结构试验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施卫星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环境生态学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环境生态学（第二版）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李洪远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环境质量评价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环境评价教程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徐新阳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化工设计概论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化工设计（第三版）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陈声宗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食品营养与卫生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食品营养与卫生安全）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凌强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02585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模拟电子技术基础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线性电子电路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吴运昌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C语言程序设计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C语言程序设计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孙家啸、欧阳民等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互换性原理与测量技术基础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公差配合与量测实训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任晓莉等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建筑施工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方先和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谭术魁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02678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农业推广学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农业推广学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许无惧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环境监测（二）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环境监测技术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姚运先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水土污染与防治技术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环境工程原理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何红升、刘帅霞、周长丽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家畜解剖及组织胚胎学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家畜解剖学及组织胚胎学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马仲华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家畜环境卫生学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家畜环境卫生学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李如治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兽医微生物学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兽医微生物学（第五版）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陆承平等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兽医药理学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兽医药理学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陈杖榴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2002.1二版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家畜内科学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家畜内科学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2002.6.三版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家畜外科学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家畜外科学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王洪斌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2002.12四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02793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生物统计附试验设计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生物统计附试验设计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明道绪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2008年5月第4版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02827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农村企事业会计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农业企事业会计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梁星维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02864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微生物学与免疫学基础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微生物学与免疫学基础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安云庆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02899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朱大年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病理学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孙保存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  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护理伦理学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护理伦理学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丛亚丽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绳  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02998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姚景鹏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郭红卫</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  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  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社区护理学（一）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李春玉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护理教育导论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护理教育导论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郑修霞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周颖清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急救护理学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急救护理学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张海燕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刘华平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精神障碍护理学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精神障碍护理学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郭延庆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妇产科护理学（二）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  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儿科护理学（二）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陈京立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03049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数理统计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医药数理统计方法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祝国强、刘庆欧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2004.7一版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电子信息技术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范娟、张新建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互联网及其应用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贾卓生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化工原理（二）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化工原理（第二版）上下册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夏清、贾绍义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环境科学概论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环境科学概论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仝川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农业经济学（二）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农业经济与管理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咸春龙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软件开发工具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软件开发工具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方美琪 陈禹 蒋洪迅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03179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查锡良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预防医学（二）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预防医学（二）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钟才高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护理学导论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李小妹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内科护理学（二）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姚景鹏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外科护理学（二）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顾沛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人际关系学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人际关系学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　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公共关系口才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公共关系口才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黄士平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现代谈判学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现代谈判学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蒋春堂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涂光晋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国际公共关系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国际公共关系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郭惠民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叶陈刚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创新思维理论与方法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创新思维理论与方法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周祯祥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03299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广告运作策略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广告运作策略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黄升民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现代媒体总论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现代媒体总论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金梦玉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建筑力学与结构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建筑力学与建筑结构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刘丽华、王晓天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城市规划原理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城市规划原理（第三版）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王克强、石忆邵、刘红梅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2015年1月第3版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劳动和社会保障概论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郑功成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公共事业管理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公共事业管理概论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朱仁显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政府信息资源管理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政府信息资源开发与管理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李绪蓉、徐焕良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赵国俊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公共管理学引论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张钢著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电子政务理论与技术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电子政府概论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张锐昕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杨龙、王骚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信息化理论与实践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信息资源组织与管理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陈庄、刘加伶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网站建设与管理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网站建设与管理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吴振峰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电子政务案例分析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苏新宁、吴鹏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国防工业出版社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信息与网络安全管理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网络安全概论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郑连清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项目管理教程新编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关老健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流体力学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流体力学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刘鹤年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政府经济管理概论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孙亚忠　金乐琴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关信平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黄由衡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2012年9月版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供应链物流学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周启蕾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2013年5月第3版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物流运输管理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物流运输组织与管理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王述英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团体心理辅导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团体咨询治疗与团体训练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2003年12月第一版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03395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数控机床故障诊断与维护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数控机床调试与维修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李继中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03403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国有资产管理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国有资产管理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祁军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03483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发动机原理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汽车拖拉机发动机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董敬、庄志、常思勤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03517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心理健康教育课程设计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中小学心理健康教育课程设计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曹梅静、王玲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特殊儿童心理与教育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特殊儿童心理健康教育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何侃等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心理测评技术与档案建立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中小学生心理测评与心理档案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陈雪枫、刘科荣、宇斌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03529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国际旅游饭店管理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饭店管理概论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粱玉社、白毅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采购与供应谈判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采购谈判与采购方式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王刚、刘鹤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供应链管理与企业采购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魏国辰、温卫娟、张莹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中国发展出版社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采购与供应关系管理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采购成本控制与供应商管理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2016年1月第二版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采购法务与合同管理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采购、供应法务与合同管理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物流成本与供应链绩效管理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采购战术与运营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采购战术与运营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方  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采购与供应链案例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采购与供应链案例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吴守荣等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运作管理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生产与运作管理（第三版）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陈荣秋、马士华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03631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液压与气压传动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液压与气压传动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王积伟、章宏甲、黄谊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会计制度设计与比较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会计制度设计（第二版）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孙光国、陈艳利、刘英明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国际会计与审计准则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国际会计准则与惯例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张学谦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对外经济贸易大学出版社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思想道德修养与法律基础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思想道德修养与法律基础</w:t>
              <w:br/>
              <w:t xml:space="preserve"> 思想道德修养与法律基础自学考试学习读本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刘瑞复　左  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br/>
              <w:t xml:space="preserve"> 中国近现代史纲要自学考试学习读本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李　捷  王顺生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马克思主义基本原理概论</w:t>
              <w:br/>
              <w:t xml:space="preserve"> 马克思主义基本原理概论自学考试学习读本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卫兴华　赵家祥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br/>
              <w:t xml:space="preserve"> 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建筑制图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何斌、陈锦昌、王枫红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2014年3月第7版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会展营销教程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刘大可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现代商务礼仪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金正昆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会展概论（第二版）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吴信菊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上海交通大学出版社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王起静等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03878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会议运营管理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会议运营管理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肖庆国、武少源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服装发展简史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中外服装史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黄能馥等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湖北美术出版社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2002年3月1版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服装生产管理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服装生产管理（第二版）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宋惠景、万志琴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服装企业督导管理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服装企业督导管理(第2版)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刘小红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服装品质管理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服装品质管理（第2版）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万志琴、宋惠景、张小良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西洋服装史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西洋服装史（第二版）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李当歧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服装材料学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服装材料学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王革辉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服装工业工程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基础工业工程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易树平、郭伏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服装国际贸易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服装国际贸易概论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陈学军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服装连锁店管理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服装零售概论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刘小红、林松涛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服装消费心理学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服装心理学概论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赵平、吕逸华、蒋玉秋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服饰流行分析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服装流行趋势调查与预测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吴晓菁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服装市场调查与分析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服装市场调查与预测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余建春、方勇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服装商品检验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出口服装商检实务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陈学军、陈霞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服装专业英语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实用服装专业英语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张小良等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03971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傅晨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04026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艺术设计与美学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刘子川等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04037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施工技术与组织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土木工程施工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童华炜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机械制图（第二版）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钱可强、邱坤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电工电子技术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李明辉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西北工业大学出版社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数控加工编程与操作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数控机床原理与编程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陈富安、陈国防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西安电子科技大学出版社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中国旅游文化与民俗文化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林正秋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吴守荣等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柳金甫 张志刚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04184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线性代数（经管类）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刘吉佑徐诚浩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建设工程工程量清单计价实务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工程量清单计价实务教程</w:t>
              <w:br/>
              <w:t xml:space="preserve"> ——房屋建筑工程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周志华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项目决策分析与评价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建筑工程经济与项目管理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李慧民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冶金工业出版社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建设监理导论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工程建设监理（第三版）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詹炳根、殷为民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建筑工程合同（含FIDIC)条款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工程招投标与合同管理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刘黎虹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社会心理学：原理与应用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申荷永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学习心理与辅导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中小学生学习辅导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刘学兰、何先友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04269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人格心理学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人格心理学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陈德豪、杨振标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陈德豪、杨振标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物业管理财务基础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物业管理财务基础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潘敏虹、罗其安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04366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曲式与作品分析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曲式分析基础教程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高为杰等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04435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老年护理学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老年护理学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尤黎明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04436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康复护理学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黄永禧 王宁华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环境问题案例分析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环境问题案例教程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林培英、杨国栋、潘淑敏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中国环境科学出版社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戴树桂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固体废物管理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固体废物管理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何品晶、邵立明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大气污染控制技术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大气污染控制工程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郭静、阮宜纶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水污染控制工程（一）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水污染控制技术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王金梅、薛叙明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环境微生物学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环境微生物学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乐毅全、王士芬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环境工程导论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朱蓓丽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环境规划与管理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环境规划学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郭怀成等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城市生态与环境学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城市生态环境学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杨士弘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2003年2月第二版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环境地学基础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环境地学原理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李天杰等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环境仪器分析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分析仪器操作技术与维护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黄一石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微观经济学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微观经济学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咸春龙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财务会计专题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王维祝、谢瑞峰、郭继宏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管理与成本会计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成本管理会计学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杨修发、朱启明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2002年8月一版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财政与农村金融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财政与农村金融（第二版）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2003年4月二版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乡镇经济发展调查与分析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社会经济调查理论与实务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龚正想、陈建军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国际文化出版公司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环境质量分析与评价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环境质量分析与评价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黎华寿、陈桂葵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国际文化出版公司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小城镇发展与规划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小城镇发展与规划概论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汤铭潭等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杜肯堂、戴士根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农业区划与布局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农业区划与布局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黎华寿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2003年4月一版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写作基础与应用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写作基础与应用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黄新荣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楼宇智能化技术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楼宇智能化技术（第2版）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张振昭、许锦标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许立梓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中国通史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王连生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中央电大出版社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1993年7月第1版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04579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中学语文教学法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中学语文课程与教学论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陈建伟等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徐中玉陶型传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温希东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微型计算机及接口技术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微型计算机及接口技术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杨全胜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数据库系统原理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数据库系统原理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  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辛运帏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李全龙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通信概论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曹丽娜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Java语言程序设计（一）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Java语言程序设计（一）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辛运帏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张华忠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2020年4月</w:t>
              <w:br/>
              <w:t>启用</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计算机网络安全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计算机网络安全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梁亚声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04754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电子商务与电子政务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电子商务与电子政务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陈建斌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信息系统开发与管理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刘世峰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刘玉平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家畜病理解剖学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兽医病理解剖学（第三版）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陈怀涛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04797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动物流行病学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兽医流行病学（第二版）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刘秀梵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2000年5月第2版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04884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化工技术经济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化工技术经济（第三版）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04912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汽车电子控制技术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汽车电子控制技术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凌永成、于京诺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旅游地理学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中国旅游地理（第3版）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庞规荃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环境科学基础教程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郭怀成等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中国环境科学出版社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2003年5月第二版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化学反应工程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化学反应工程（第二版）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梁斌、段天平、唐盛伟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石油炼制工程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石油炼制工艺学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沈本贤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中国石化出版社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05058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周禄新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西北工业大学出版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项目范围管理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项目范围管理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赵涛、潘欣鹏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项目成本管理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项目成本管理（第2版）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项目质量管理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项目质量管理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王祖和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项目时间管理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项目计划与控制（第2版）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卢向南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项目论证与评估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项目论证与评估（第2版）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戚安邦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05067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项目管理案例教程（第2版）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白思俊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区域可持续发展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环境保护与可持续发展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钱易、唐孝炎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2000年7月一版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彭璧玉、王忠、罗双发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税收筹划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税收筹划（第五版）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计金标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2014年6月第5版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中学英语教学法（小教）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英语教学法教程理论与实践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何广铿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商务英语翻译（英译汉）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张新红、李明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付维潼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毛浚纯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刘东明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王德章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05374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物流企业财务管理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刘东明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商务英语阅读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新编商务英语泛读（2）                          新编商务英语泛读（3）                            新编商务英语泛读（4）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吴长镛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                            2005年2月第1版                            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商务英语写作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新编商务英语写作（1）                          新编商务英语写作（2）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张春柏等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2005年2月第1版                       2006年3月第1版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日语语言学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日本语言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徐一平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05443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日本社会文化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日本文化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现代模具制造技术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模具制造技术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张信群、王雁冰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有机化学（五）</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有机化学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倪沛洲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药用植物与生药学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药用植物学与生药学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郑汉臣、蔡少青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新编物业管理法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戴霞、甘元薪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电视技术（第二版）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肖运虹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西安电子科技大学出版社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05580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王淑莹、高春娣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心理健康教育概论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心理健康教育概论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伍新春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心理测量与评估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心理测量与评估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漆书青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青少年心理卫生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青少年心理卫生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许百华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心理咨询与辅导（一）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心理咨询与辅导（一）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陶崃烜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心理的生物学基础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心理的生物学基础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王立新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梁宝勇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心理治疗（一）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心理治疗（一）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郑日昌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变态心理学（一）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变态心理学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王建平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职业辅导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侯志瑾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团体咨询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樊富珉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张贯益、刘浪、张玮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2006年10月第2版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城市社区建设概论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城市社区建设概论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周文建、宁丰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中国社会出版社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2001年12月第一版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物业信息管理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物业信息管理系统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叶小莲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物业管理国际标准与质量认证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物业管理国际质量标准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王佑辉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城市环境保护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外国城市环境与保护研究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白志刚、邱莉莉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世界知识出版社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周旺生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吴志攀　刘　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宪法学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宪法学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胡锦光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05680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婚姻家庭法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婚姻家庭法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马忆南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多媒体技术应用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多媒体应用基础（第4版）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刘甘娜、翟华伟、崔立成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2008年6月第4版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　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非政府组织管理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非政府组织管理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马庆钰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公共卫生管理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公共卫生事业管理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周庆行、周立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文化管理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文化管理学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娄成武、孙萍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国土资源管理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土地资源管理学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王万茂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采购原理与战略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郑秀恋、赵秀艳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采购谈判与供应商选择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采购谈判与供应商选择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葛建华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国际物流（第2版）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王任祥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采购环境与供应市场分析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国际采购理论与实务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采购绩效测量与商业分析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采购组织与绩效管理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邓明荣、冯毅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采购过程与合同管理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项目采购与合同管理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乌云娜等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商业组织与过程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商业组织与过程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郑称德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医学基础总论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医学基础总论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王卫国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基础化学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吕以仙李荣昌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生物化学（四）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　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微生物与食品微生物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微生物与食品微生物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李平兰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苏宜香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綦菁华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人体营养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人体营养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林晓明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张万起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临床医学总论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临床医学总论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　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疾病的营养防治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疾病的营养防治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李淑媛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　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食品卫生法规与监督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食品卫生法规与监督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包大跃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烹饪与膳食管理基础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烹饪与膳食管理基础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闫怀成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食品化学与分析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食品化学与分析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黄国伟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实用卫生统计学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实用卫生统计学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康晓平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流行病学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流行病学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胡永华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健康教育与健康促进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健康教育与健康促进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张竞超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营养学（一）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苏宜香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临床营养学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李淑媛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中医营养学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　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食品毒理学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食品毒理学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郝卫东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新型食品概论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新型食品概论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孙长颢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食品加工与保藏（本）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綦菁华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社区营养学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　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烹饪营养学（一）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烹饪营养学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路新国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北京大学医学出版社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05785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数控原理与数控技术运用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机床数控技术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胡占齐、杨莉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2014年2月第3版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汽车故障分析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汽车故障诊断方法与维修技术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李春明、刘艳莉、张军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王学文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职业道德与礼仪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公共关系与现代礼仪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宋常桐、周晓、周兵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汽车应用英语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汽车专业英语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宋红英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汽车售后服务管理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汽车售后服务管理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何宝文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汽车营销案例分析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汽车营销案例教程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陈文华、叶志斌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人民交通出版社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汽车保险与理赔</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汽车保险与理赔（第二版）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人民交通出版社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汽车发动机构造与维修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汽车发动机构造与维修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郑伟光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汽车底盘构造与维修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汽车底盘构造与维修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幺居标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汽车电气设备与维修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汽车电器设备与维修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05881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汽车诊断与维修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汽车检测与诊断技术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董继明、罗灯明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汽车维修技术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汽车维修工程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王耀斌、宋年秀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关系数据库原理与程序设计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Access 2007 数据库应用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科教工作室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心理与教育统计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教育与心理统计学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张敏强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05963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绩效管理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石民辉、潘桂君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日语写作教程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于日平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审计学原理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现代审计学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工程项目管理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赵永任、李一凡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中国水利水电出版社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工作分析理论与应用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李永杰、李强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06093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人力资源开发与管理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刘善敏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导游学概论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导游概论（第3版）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徐堃耿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2004年9月第3版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胡翔骏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工资管理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薪酬管理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朱琪、王忠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06187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梁秀兰、陈建军、梁计南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2001年8月一版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06215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农业生态学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农业生态学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骆世明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06270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技术经济学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农业技术经济学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牛宝俊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2002年11月一版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06289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工程招标与合同管理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建设工程招投标及合同管理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梅阳春、邹辉霞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06307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兽医免疫学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兽医免疫学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崔治中、崔保安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06314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家畜传染病学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家畜传染病学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蔡宝祥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2001.7四版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土木工程概论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沈祖炎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06422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英语语言学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新编简明英语语言学教程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戴炜栋、何兆熊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06497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动物营养学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动物营养学（第二版）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2009年3月第2版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06569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现代物业管理实务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谭善勇等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首都经济贸易大学出版社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运动医学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全国统编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人民体育出版社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06831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药理学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李端、殷明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人民卫生出版社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2003.5五版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06893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汽车构造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汽车构造（上、下）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陈家瑞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2008年4月第2版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06898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汽车运用工程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汽车运用工程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许洪国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人民交通出版社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2014年10月第5版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06936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建设法律制度及实例精选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佘立中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06955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中国音乐史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中国音乐通史简编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孙继南等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山东教育出版社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1993年5月第1版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06962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工程造价确定与控制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工程造价确定与控制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吴学伟、谭德精、李江涛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2012年10月第6版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供应链与企业物流管理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现代物流与供应链管理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采购与仓储管理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采购与仓储管理实务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耿波、聂强大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沈小平、卢少平、聂伟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运输与配送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配送管理（第2版）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汝宜红、宋伯慧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信息技术与物流管理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信息技术与物流管理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彭扬、傅培华、陈杰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中国物资出版社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07072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企业形象设计（CIS）</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现代企业形象设计（CIS）</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王军元、方世南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苏州大学出版社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07089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区域经济学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丁四保等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2003年12月一版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07114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现代物流学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07250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投资学原理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投资学（第四版）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郎荣燊、裘国根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2014年7月第4版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07353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管理学原理（一）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崔生祥、周鸿、魏想明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07374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新编英语教程(第5册)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汪凤桂、曾征民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林广志等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2000年12月第2版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社会保障理论与实践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诸孝正、陈妙云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07492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农村政策法规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农村政策与法规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周建华、陈亚平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公司管理学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现代公司管理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董伍伦、李强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2004年11月第一版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服饰文化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服装学概论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李当歧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唐宋词研究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唐宋名家词导读（新编）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彭玉平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物流系统工程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物流系统工程（第3版）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王长琼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中国财富出版社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2014年9月第3版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物流系统规划与设计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张丽、郝勇、黄建伟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仓储技术和库存理论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现代仓储物流技术与装备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张晓川</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任成高</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07759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Visual Basic程序设计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Visual Basic程序设计教程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刘炳文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2009年11月第4版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王建华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                         北京交通大学出版社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会计学原理与应用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左两军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国际结算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国际结算（第三版）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庞红、尹继红、沈瑞年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07798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万融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采购管理与库存控制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采购与库存控制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张晓华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语文教育学导论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小学语文新课程教学法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倪文锦等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07840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微型计算机技术及应用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微型计算机原理及应用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孙得文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07847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环境经济学概论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严法善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2003年9月第一版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07961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工程数学（一）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概率论/线性代数/积分变换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同济/同济/南京大学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1989年5月第3版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历代应用文选读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历代文书选读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剑奇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湖北科技出版社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理财学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现代企业理财学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尹书亭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商务秘书学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商务文秘教程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刘翔飞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中南工业大学出版社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传播与广告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广告原理与方法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陈培爱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厦门大学出版社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2007年10月第4版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08022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秘书外事管理实务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涉外秘书学纲要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杨剑宇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08114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牟小容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08182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自动控制原理（一）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陈铁牛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08214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农业机械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现代农业机械与装备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杨丹彤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08262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房地产开发与经营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房地产开发与经营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孔凡文、何红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大连理工大学出版社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08263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工程经济学与项目融资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工程经济学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刘晓君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08310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会计电算化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张瑞君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08413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数据库原理与应用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蔡延光等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08518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汽车安全检测技术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机动车检验技术与检验报告填制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戴晓锋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08591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金融营销学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陆剑清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08592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房地产投资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房地产投资分析（第四版）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刘秋雁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2014年3月第4版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08674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计算机网络技术与应用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乔正洪、葛武滇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08679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电路分析基础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邱关源、罗先觉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会展客户关系管理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会展客户关系管理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韩小芸、梁培当、杨莹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08776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畜牧兽医行政管理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畜牧兽医行政管理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王道地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高波、黄兰秋、奉国和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企业管理咨询与诊断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企业管理咨询与诊断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吴忠培、李腾飞、彭连清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动漫产业概论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动漫产业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谭玲、殷俊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四川大学出版社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动画编导基础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动画编导基础教程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袁晓黎等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会展政策法规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会展政策与法规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周利方、沈全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立信会计出版社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会展经济学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陈志平、刘松萍、余国扬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2005年4月第一版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会展心理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谢苏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会展场馆经营与管理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会展场馆经营与管理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郑建瑜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企业战略管理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丁宁、穆志强、闫红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                         北京交通大学出版社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会议酒店管理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宾馆酒店会议经营管理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惟言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中国纺织出版社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08890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会展管理信息系统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贺刚、金蓓</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中国商务出版社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09016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移动通信原理与应用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移动通信技术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魏红</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09235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设计概论（第二版）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邱景源、江滨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09393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化工仪表及自动化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化工仪表及自动化（第五版）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厉玉鸣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09413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项目管理教程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骆珣等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09434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电子商务的网络技术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中国水利水电出版社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09439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计算机实用基础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计算机应用初级教程</w:t>
              <w:br/>
              <w:t xml:space="preserve"> ——Windows XP+office 2003版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高鹰、李勇等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2007年1月第1版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近世代数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近世代数基础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张禾瑞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1978年5月第1版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英国文学选读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英国文学史及选读（1、2册）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吴伟仁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美国文学选读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美国文学史及选读（第一、二册）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吴伟仁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10177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设计艺术鉴赏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焦成根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客户服务管理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客户服务管理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曹宗平、罗燕、叶小梅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邓顺国、余以胜、姚若辉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销售业务管理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销售业务管理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何晓兵、叶小梅、潘国斌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资本运营与融资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资本运营理论与实务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林勇、李增福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企业内部控制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企业内部控制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聂新军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团队管理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纪志明、刘汉辉、孙高洁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项目人力资源与沟通管理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项目组织与人力资源管理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丁荣贵、孙涛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2009年1月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班级管理学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班级管理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李学农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现代学校人力资源管理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现代学校人力资源管理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易凌峰、李伟涛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10490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教育财政学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廖楚晖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10510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◆连锁与特许经营管理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企业连锁经营与管理（第二版）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  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东北财经大学出版社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◆销售团队管理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销售团队建设与管理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麦肯斯特营销顾问公司</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线性规划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张干宗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10718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机械制造工艺基础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机械制造工艺学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汤习成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2004年3月第1版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流体传动与控制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液压与气压传动（第2版）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袁承训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10725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生产作业管理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现代生产管理（第2版）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数控机床与编程（一）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数控机床与编程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饶军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西安电子科技大学出版社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电气测量技术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电气测量（第5版）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陈立周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2009年6月第5版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10737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电子技术基础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熊保辉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10738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工厂电气设备控制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电器控制与PLC控制技术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许翏、王淑英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10764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电工原理（一）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电工原理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张洪让</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中国电力出版社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10876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英美报刊选读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美英报刊阅读教程（第3版）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端木义万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11123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社会体育学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中国体育社会学（修订本）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卢元镇</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北京体育大学出版社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2000.5二版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设计学概论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尹定邦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湖南科学技术出版社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国际旅游学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国际旅游发展导论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罗明义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民间文学概论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民间文学教程（第二版）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刘守华、陈建宪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华中师范大学出版社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旅游会计学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旅游饮食服务业会计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丁元霖</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立信会计出版社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中国近代文学发展史（上、下）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中国文联出版社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文体写作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文体写作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陈佳民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近代汉语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近代汉语概论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唐诗宋词研究</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唐诗宋词概说</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陈新璋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广东人民出版社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商标法学教程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胡开忠</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中国人民大学出版社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基础写作/基础写作文选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刘孟宇、诸孝正</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1989年8月第1版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11382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乡镇企业经营管理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杨国秀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11383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乡镇企业生产管理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乡镇企业生产管理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崔慧霞等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财税史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简明中国财税史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郭小东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体育科研方法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体育科学研究方法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杨迺军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面向对象数据库技术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Visual Foxpro 6.0数据库与程序设计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卢湘鸿</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2003年1月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数学分析续论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数学分析讲义（上下册部分）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刘玉琏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上册1992年6月3版</w:t>
              <w:br/>
              <w:t>下册1992年7月3版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中学数学方法论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中学数学思想方法概论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王林全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应用统计方法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应用统计方法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古华民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中国旅游文学作品选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古代旅游文学作品选读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冯乃康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旅游饭店设备管理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沈桂林</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广东旅游出版社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美食与菜系</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沈石南等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上海辞书出版社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旅游资源开发与环境保护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旅游资源开发与利用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王德刚等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山东大学出版社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翻译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翻译新概念 英汉互译使用教程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宋天锡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国防工业出版社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2003年第二版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和声学（二）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和声学基础教程[下]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谢功成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外国音乐史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西方音乐史略</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李应华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1988年10月第1版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音乐作品欣赏（二）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音乐欣赏讲话[下]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钱仁康</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1984年4月第1版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复调音乐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复调写作及复调音乐分析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王安国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当代出版社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歌曲作法（二）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二部歌曲写作基本技巧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曾理中、董忠良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人民音乐出版社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1982年3月第1版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11429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物业管理英语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唐玉华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2000年9月第2版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11431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动物卫生检疫学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动物性食品卫生学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赵月兰、王雪敏等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中国农业科学技术出版社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现代公司管理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现代公司管理（第四版）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董伍伦、李强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经济科学出版社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现代企业人力资源管理概论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人力资源管理概论（第3版）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谌新民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人力资源统计学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企业人力资源统计学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程振源、李军华</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工作岗位研究原理与应用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工作分析：理论、方法与应用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11469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宏观劳动力配置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宏观劳动力配置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张建武、朱琪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2006年8月第1版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国际劳务合作和海外就业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国际劳动力市场与海外就业</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曹宗平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2015年版6月第1版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劳动争议处理概论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劳动争议处理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中国劳动社会保障出版社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2005年9月第1版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农村电力系统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农村电力系统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王卫星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11479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电器设备使用与维护</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常用电器设备的维修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洪添胜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汽车拖拉机构造原理与应用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汽车拖拉机构造原理与应用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刘仲国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2001年10月第1版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中学教育学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叶上雄</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1993年11月第1版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陈安福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1993年10月第1版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新编英语教程[修订本](1、2册)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1998年11月第2版</w:t>
              <w:br/>
              <w:t>1999年6月第2版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新编英语教程[修订本](3册)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11489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基础英语（三）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新编英语教程[修订本](4册)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现代汉语(增订二版)(上)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黄伯荣、廖序东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现代汉语(增订二版)（下）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黄伯荣、廖序东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1997年7月第2版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郭锡良等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2000年3月第2版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古代汉语（下）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郭锡良等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2000年3月第2版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中小学语文教材教法</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语文教学论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黄绮华、李求真</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新世纪出版社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1996年5月第1版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高级英语(二)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新编英语教程（第6册）修订版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李观仪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英语论文写作</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英语写作手册（中文版）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丁往道等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外语教学与研究出版社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1997年6月第1版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外语教学心理学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朱纯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上海外语教育出版社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1994年9月第1版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中国当代文学史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陈其光等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广东高教出版社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1992年11月第1版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概率论与数理统计教程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魏宗舒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1983年10月第1版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组合数学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组合数学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曹汝成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2000年2月第1版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电力工程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工厂供电</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同济大学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建筑工业出版社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旅游饭店财务管理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徐虹</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南开大学出版社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1996年3月第1版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11508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自动控制理论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自动控制原理（第3版）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孙炳达等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2011年7月第3版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电器与可编程控制器技术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电器与可编程控制器应用技术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邓则名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1999年5月第1版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11516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国际商务谈判实务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现代国际商务谈判实务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邹建华等</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2000.11第1版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11520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秘书事务管理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职业秘书办公室综合事务管理教程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金常德、覃一静</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11599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国际商务法律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国际商务法律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董新民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中国时代经济出版社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2000.12北京第2版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11600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日语综合技能（一）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(本专业日语课程所有教材)                    新编日汉翻译教程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庞春兰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1998年3月第1版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市场与市场营销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市场与市场营销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陶晓波编译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商务沟通方法与技能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商务沟通方法与技能</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张灿鹏编译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企业组织与经营环境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企业组织与经营环境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高红岩编译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会计原理与实务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会计原理与实务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袁蓉丽编译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战略管理与伦理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战略管理与伦理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赵书华、臧维、娄梅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国际商务与国际营销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国际商务与国际营销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张运来、宋艳红编译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管理学与人力资源管理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管理学与人力资源管理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李业昆 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11748</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商务运营管理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陈运涛编译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11749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商务管理综合应用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杨丽编译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2011年11月第1版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国际商务金融</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董瑾、刘岭</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2011年4月第1版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企业成本管理会计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企业成本管理会计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尹美群编译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管理数量方法与分析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兰新梅</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11753</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金融管理综合应用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黄桂芝、陶晓波编译</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中国财政经济出版社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2012年5月第1版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化学品安全管理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危险化学品安全技术与管理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蒋军成</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2014年8月第2版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化工机械基础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化工过程设备机械基础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李多民、俞惠敏</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中国石化出版社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石油化工工艺学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化学工艺学（第二版）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米镇涛</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2014年6月第2版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12319</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化工产品检测技术</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化工产品质量检验</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王光明、范跃</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中国计量出版社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2008年版8月第1版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12326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金融理财分析技术与技巧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金融投资分析技术与技巧</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欧阳莹、章劼</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2015年8月第1版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12327</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金融理财规划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金融理财规划</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王庆仁</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复旦大学出版社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2010年7月第一版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12575</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嵌入式系统设计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嵌入式系统设计教程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马洪连</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2009年9月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12656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br/>
              <w:t xml:space="preserve"> 毛泽东思想和中国特色社会主义理论体系概论自学考试学习读本</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本书编写组</w:t>
              <w:br/>
              <w:t xml:space="preserve"> 孙蚌珠　冯雅新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高等教育出版社</w:t>
              <w:br/>
              <w:t xml:space="preserve"> 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2018年版</w:t>
              <w:br/>
              <w:t xml:space="preserve"> 2018年版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嵌入式Linux应用编程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嵌入式Linux应用编程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许信顺，贾智平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12732</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ARM结构与程序开发入门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ARM结构与程序开发入门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肖德贵、刘豪</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人民邮电出版社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2010年9月第1版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12734</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ARM体系结构与编程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ARM体系结构与编程</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葛超、王嘉伟、陈磊</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清华大学出版社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2012年12月第1版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12736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嵌入式Linux系统开发与应用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嵌入式Linux系统开发与应用</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康维新</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机械工业出版社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2013年1月第1版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18956</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法律事务管理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现代企业法律事务管理</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徐士英</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文汇出版社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2002.7一版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18960</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礼仪学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现代礼仪学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黄士平</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武汉测绘科技大学</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1995年10月第1版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18961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财务管理与会计基础</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企业财务会计</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居维纲</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北京大学出版社</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1998年12第1版</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说明：1.课程名称前加“★”的，是2020年首次使用的新教材，其中8门课程4月启用，4门课程10月启用。</w:t>
      </w:r>
    </w:p>
    <w:p>
      <w:r>
        <w:t>2.课程名称前加“◆”的连锁与特许经营管理课程考试大纲和销售团队管理课程考试大纲请从中国教育考试网（www.neea.edu.cn）下载。</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cx/zxks/zkjc/content/post_89500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