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2020年普通高中自主招生一类入围综合能力考核考生名单公示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2020-07-21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https://szeb.sz.gov.cn/szzkw/zkgg/zkxx/content/post_8946082.html</w:t>
        </w:r>
      </w:hyperlink>
    </w:p>
    <w:p/>
    <w:p>
      <w:r>
        <w:t>公示已结束。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8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