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2026年普通高考报名问答（视频）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2025-11-06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政策解读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https://eea.gd.gov.cn/zcjd/content/post_4793431.html</w:t>
        </w:r>
      </w:hyperlink>
    </w:p>
    <w:p>
      <w:r>
        <w:t>原文含视频。Word和PDF保留静态正文及视频观看链接，未把视频转录成文字。</w:t>
      </w:r>
    </w:p>
    <w:p/>
    <w:p>
      <w:r>
        <w:t>相关文件：关于做好广东省2026年普通高校招生统一考试报名工作的通知</w:t>
      </w:r>
    </w:p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相关文件：关于做好广东省2026年普通高校招生统一考试报名工作的通知</w:t>
        </w:r>
      </w:hyperlink>
    </w:p>
    <w:p>
      <w:r>
        <w:t>https://eea.gd.gov.cn/bmbk_sksywj/content/post_4776498.html</w:t>
      </w:r>
    </w:p>
    <w:p>
      <w:hyperlink r:id="rId12">
        <w:r>
          <w:rPr>
            <w:color w:val="18548A"/>
          </w:rPr>
          <w:t>视频 1 LD 观看链接</w:t>
        </w:r>
      </w:hyperlink>
    </w:p>
    <w:p>
      <w:r>
        <w:t>https://gdvideo.southcn.com/70aebc75bafc71f0a3694531959c0102/e02b3f069bad42c5b500a934e2afc264-6a9fc670e0870eae2c53aa6bb45d4e75-ld.mp4</w:t>
      </w:r>
    </w:p>
    <w:p>
      <w:hyperlink r:id="rId13">
        <w:r>
          <w:rPr>
            <w:color w:val="18548A"/>
          </w:rPr>
          <w:t>视频 1 SD 观看链接</w:t>
        </w:r>
      </w:hyperlink>
    </w:p>
    <w:p>
      <w:r>
        <w:t>https://gdvideo.southcn.com/70aebc75bafc71f0a3694531959c0102/e02b3f069bad42c5b500a934e2afc264-bc9cf7d62a8733ae850984352009c818-sd.mp4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cjd/content/post_4793431.html" TargetMode="External"/><Relationship Id="rId11" Type="http://schemas.openxmlformats.org/officeDocument/2006/relationships/hyperlink" Target="https://eea.gd.gov.cn/bmbk_sksywj/content/post_4776498.html" TargetMode="External"/><Relationship Id="rId12" Type="http://schemas.openxmlformats.org/officeDocument/2006/relationships/hyperlink" Target="https://gdvideo.southcn.com/70aebc75bafc71f0a3694531959c0102/e02b3f069bad42c5b500a934e2afc264-6a9fc670e0870eae2c53aa6bb45d4e75-ld.mp4" TargetMode="External"/><Relationship Id="rId13" Type="http://schemas.openxmlformats.org/officeDocument/2006/relationships/hyperlink" Target="https://gdvideo.southcn.com/70aebc75bafc71f0a3694531959c0102/e02b3f069bad42c5b500a934e2afc264-bc9cf7d62a8733ae850984352009c818-sd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