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https://szeb.sz.gov.cn/szzkw/zkcx/zxks/zkzy/zkcc/content/post_8949004.html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c5a073ada0f683a82d0769905336779b86eff52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c5a073ada0f683a82d0769905336779b86eff52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0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