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关于做好广东省2023年普通高考补报名工作的通知</w:t>
      </w:r>
    </w:p>
    <w:p>
      <w:r>
        <w:rPr>
          <w:sz w:val="18"/>
        </w:rPr>
        <w:t>整理归属  广东省教育考试院</w:t>
      </w:r>
    </w:p>
    <w:p>
      <w:r>
        <w:rPr>
          <w:sz w:val="18"/>
        </w:rPr>
        <w:t>发布日期  2023-01-10</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https://eea.gd.gov.cn/calendar/content/post_4079026.html</w:t>
        </w:r>
      </w:hyperlink>
    </w:p>
    <w:p>
      <w:r>
        <w:t xml:space="preserve">同文来源  </w:t>
      </w:r>
      <w:hyperlink r:id="rId11">
        <w:r>
          <w:rPr>
            <w:color w:val="18548A"/>
          </w:rPr>
          <w:t>https://eea.gd.gov.cn/tzgg/content/post_4078959.html</w:t>
        </w:r>
      </w:hyperlink>
    </w:p>
    <w:p/>
    <w:p>
      <w:r>
        <w:t>各地级以上市招生办公室（考试中心、考试院），各自主招生高职院校：</w:t>
      </w:r>
    </w:p>
    <w:p>
      <w:r>
        <w:t>根据《关于做好广东省2023年普通高校招生统一考试报名工作的通知》（粤招〔2022〕6号）的要求，我省2023年普通高考报名工作于2022年11月1日至10日进行，绝大部分符合报考条件的考生已完成报名。为满足符合我省高考报名条件，因各种原因尚未报名人员的需求，经研究决定安排一次高考补报名。有关事宜通知如下：</w:t>
      </w:r>
    </w:p>
    <w:p>
      <w:r>
        <w:t>一、补报名时间</w:t>
      </w:r>
    </w:p>
    <w:p>
      <w:r>
        <w:t>2023年2月15日至17日。</w:t>
      </w:r>
    </w:p>
    <w:p>
      <w:r>
        <w:t>二、补报名范围和条件</w:t>
      </w:r>
    </w:p>
    <w:p>
      <w:r>
        <w:t>报名资格和条件按照粤招〔2022〕6号文执行。</w:t>
      </w:r>
    </w:p>
    <w:p>
      <w:r>
        <w:t>鉴于补报名时我省2023年普通高考体育、艺术术科统考、普通高等学校招收中等职业学校毕业生统一考试（即“3+证书”考试）和2023年2月普通高中学业水平合格性考试（即依学考成绩录取）已经结束或已完成考试编排，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（一）考生注册。考生应先进入广东省普通高考报名系统（网址为：https://pg.eeagd.edu.cn/ks），凭姓名、证件号注册考生账号，设置密码，并绑定手机号。</w:t>
      </w:r>
    </w:p>
    <w:p>
      <w:r>
        <w:t>（二）报名资格初核。报名前，考生应事先准备符合我省报考资格的相关证明材料（含身份证、户口簿、学籍学历等材料），在所在中学或到县（市、区）招生办公室进行报名资格初核。考生属性与考试科目之间关系的说明见附件1，考生类型与所需报名材料清单见附件2。应届毕业生可由所在学校事先核准考生报考条件和材料，到报名点集体办理报考手续。往届毕业生、社会人员须持报名材料到市县招生考试机构指定的报名点办理报考手续。经初核符合我省高考报名条件的考生，由报名点派发考生号。考生须提供真实的报名材料（含加分和优先录取资格材料），如发现有弄虚作假情况的，将严肃处理。</w:t>
      </w:r>
    </w:p>
    <w:p>
      <w:r>
        <w:t>（三）网上报名。凭考生号和注册时设置的密码登录广东省普通高考报名系统进行网上报名。网上报名时，考生须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四）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2023年普通高校招生统一考试报名实施细则》（粤招〔2022〕6号文附件1附4）进行。</w:t>
      </w:r>
    </w:p>
    <w:p>
      <w:r>
        <w:t>四、体检</w:t>
      </w:r>
    </w:p>
    <w:p>
      <w:r>
        <w:t>补报名考生体检工作按照《关于做好广东省2023年普通高校招生体检工作的通知》（粤招〔2022〕7号）要求进行，考生须在当地招办统一安排下，于规定时间内完成体检。</w:t>
      </w:r>
    </w:p>
    <w:p>
      <w:r>
        <w:drawing>
          <wp:inline xmlns:a="http://schemas.openxmlformats.org/drawingml/2006/main" xmlns:pic="http://schemas.openxmlformats.org/drawingml/2006/picture">
            <wp:extent cx="12700" cy="12700"/>
            <wp:docPr id="1" name="Picture 1"/>
            <wp:cNvGraphicFramePr>
              <a:graphicFrameLocks noChangeAspect="1"/>
            </wp:cNvGraphicFramePr>
            <a:graphic>
              <a:graphicData uri="http://schemas.openxmlformats.org/drawingml/2006/picture">
                <pic:pic>
                  <pic:nvPicPr>
                    <pic:cNvPr id="0" name="89e341866ff9bb0c1ce5a1fd522e1a183013483d.png"/>
                    <pic:cNvPicPr/>
                  </pic:nvPicPr>
                  <pic:blipFill>
                    <a:blip r:embed="rId12"/>
                    <a:stretch>
                      <a:fillRect/>
                    </a:stretch>
                  </pic:blipFill>
                  <pic:spPr>
                    <a:xfrm>
                      <a:off x="0" y="0"/>
                      <a:ext cx="12700" cy="12700"/>
                    </a:xfrm>
                    <a:prstGeom prst="rect"/>
                  </pic:spPr>
                </pic:pic>
              </a:graphicData>
            </a:graphic>
          </wp:inline>
        </w:drawing>
      </w:r>
    </w:p>
    <w:p>
      <w:r>
        <w:t>五、相关要求</w:t>
      </w:r>
    </w:p>
    <w:p>
      <w:r>
        <w:t>（一）各地招生考试机构要高度重视，按照《广东省普通高校招生统一考试报名工作管理办法（暂行）》（粤招办普〔2022〕16号）的相关要求精心组织、严格管理，认真做好高考补报名工作，充分运用联网学籍、户籍数据审核考生报考资格，严格落实我省高考报名政策，严把资格审核关，确保我省2023年普通高考考生补报名工作顺利进行。</w:t>
      </w:r>
    </w:p>
    <w:p>
      <w:r>
        <w:t>（二）考生提交各种报考资格证明材料时，须确保真实性，不得弄虚作假。凡弄虚作假、提交虚假证明的，一旦发现，取消报考资格，已经录取的，取消录取资格。</w:t>
      </w:r>
    </w:p>
    <w:p>
      <w:r>
        <w:t>（三）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附件：1.考生属性与考试科目之间关系的说明</w:t>
      </w:r>
    </w:p>
    <w:p>
      <w:r>
        <w:t>2.考生类型与报名材料对应表</w:t>
      </w:r>
    </w:p>
    <w:p>
      <w:r>
        <w:t>3.广东省2023年普通高考补报名考生诚信考试承诺书</w:t>
      </w:r>
    </w:p>
    <w:p>
      <w:r>
        <w:t>广东省招生委员会办公室</w:t>
      </w:r>
    </w:p>
    <w:p>
      <w:r>
        <w:t>2023年1月9日</w:t>
      </w:r>
    </w:p>
    <w:p>
      <w:r>
        <w:t>附件</w:t>
      </w:r>
    </w:p>
    <w:p>
      <w:pPr>
        <w:pStyle w:val="Heading1"/>
      </w:pPr>
      <w:r>
        <w:t>附件及下载链接</w:t>
      </w:r>
    </w:p>
    <w:p>
      <w:hyperlink r:id="rId13">
        <w:r>
          <w:rPr>
            <w:color w:val="18548A"/>
          </w:rPr>
          <w:t>附件</w:t>
        </w:r>
      </w:hyperlink>
    </w:p>
    <w:p>
      <w:r>
        <w:rPr>
          <w:sz w:val="16"/>
        </w:rPr>
        <w:t>https://eea.gd.gov.cn/attachment/0/511/511035/4079026.pdf</w:t>
      </w:r>
    </w:p>
    <w:p>
      <w:pPr>
        <w:pStyle w:val="Heading1"/>
      </w:pPr>
      <w:r>
        <w:t>正文相关链接</w:t>
      </w:r>
    </w:p>
    <w:p>
      <w:hyperlink r:id="rId14">
        <w:r>
          <w:rPr>
            <w:color w:val="18548A"/>
          </w:rPr>
          <w:t>附件</w:t>
        </w:r>
      </w:hyperlink>
    </w:p>
    <w:p>
      <w:r>
        <w:t>https://eea.gd.gov.cn/attachment/0/511/511035/4078959.pdf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079026.html" TargetMode="External"/><Relationship Id="rId11" Type="http://schemas.openxmlformats.org/officeDocument/2006/relationships/hyperlink" Target="https://eea.gd.gov.cn/tzgg/content/post_4078959.html" TargetMode="External"/><Relationship Id="rId12" Type="http://schemas.openxmlformats.org/officeDocument/2006/relationships/image" Target="media/image1.png"/><Relationship Id="rId13" Type="http://schemas.openxmlformats.org/officeDocument/2006/relationships/hyperlink" Target="https://eea.gd.gov.cn/attachment/0/511/511035/4079026.pdf" TargetMode="External"/><Relationship Id="rId14" Type="http://schemas.openxmlformats.org/officeDocument/2006/relationships/hyperlink" Target="https://eea.gd.gov.cn/attachment/0/511/511035/407895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