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特殊的2021，不一样的中考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2021-06-27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https://szeb.sz.gov.cn/szzkw/qt/sylb/content/post_8959967.html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https://szeb.sz.gov.cn/szzkw/zkgg/zkxx/content/post_8946018.html</w:t>
        </w:r>
      </w:hyperlink>
    </w:p>
    <w:p/>
    <w:p>
      <w:r>
        <w:t>这是一场特殊的中考</w:t>
      </w:r>
    </w:p>
    <w:p>
      <w:r>
        <w:t>我们直面多重挑战</w:t>
      </w:r>
    </w:p>
    <w:p>
      <w:r>
        <w:t>我们坚守在最前线</w:t>
      </w:r>
    </w:p>
    <w:p>
      <w:r>
        <w:t>记录点滴，定格瞬间</w:t>
      </w:r>
    </w:p>
    <w:p>
      <w:r>
        <w:drawing>
          <wp:inline xmlns:a="http://schemas.openxmlformats.org/drawingml/2006/main" xmlns:pic="http://schemas.openxmlformats.org/drawingml/2006/picture">
            <wp:extent cx="6400800" cy="42648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615f26d852e16e1250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8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自去年底，深圳全面提升中考考点标准化建设，要求各区各考点加强硬件设施的检查、维护和管理，实现考场视频监控、信号屏蔽器、金属探测仪等反作弊设备高标准全覆盖。考前，全市标准化考点均已完成验收。</w:t>
      </w:r>
    </w:p>
    <w:p>
      <w:r>
        <w:drawing>
          <wp:inline xmlns:a="http://schemas.openxmlformats.org/drawingml/2006/main" xmlns:pic="http://schemas.openxmlformats.org/drawingml/2006/picture">
            <wp:extent cx="6400800" cy="426487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4e8ab345fc7d3062a76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8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教育部门会同卫健、疾控部门，全面筹划、精准定制组考防疫方案，各考点全力落实体温检测、开考条件、考场布置、个人防护、消毒通风等举措和要求。</w:t>
      </w:r>
    </w:p>
    <w:p>
      <w:r>
        <w:drawing>
          <wp:inline xmlns:a="http://schemas.openxmlformats.org/drawingml/2006/main" xmlns:pic="http://schemas.openxmlformats.org/drawingml/2006/picture">
            <wp:extent cx="6400800" cy="426487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07031b87812b2ad678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8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根据新冠肺炎疫情防控需要，下十围小学新增为宝安的第35个中考考点，仅用4天3夜的时间，从基础设施设备、考务人员调配、考点布置、考务培训到防疫准备全部到位，确保封闭区、封控区内考生“应考尽考”。</w:t>
      </w:r>
    </w:p>
    <w:p>
      <w:r>
        <w:drawing>
          <wp:inline xmlns:a="http://schemas.openxmlformats.org/drawingml/2006/main" xmlns:pic="http://schemas.openxmlformats.org/drawingml/2006/picture">
            <wp:extent cx="6400800" cy="426487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05924dc8598fbe6cc4c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8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开考前，南山大队辖区蛇口中队考场育才二中考点，一考生求助，忘记携带考试相关证明材料，铁骑迅速协助学生取回。</w:t>
      </w:r>
    </w:p>
    <w:p>
      <w:r>
        <w:drawing>
          <wp:inline xmlns:a="http://schemas.openxmlformats.org/drawingml/2006/main" xmlns:pic="http://schemas.openxmlformats.org/drawingml/2006/picture">
            <wp:extent cx="6400800" cy="426487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ed0061258325770223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8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光明区长圳学校老师为学子送行。考生高举红旗，目光坚定，阔步向前。</w:t>
      </w:r>
    </w:p>
    <w:p>
      <w:r>
        <w:drawing>
          <wp:inline xmlns:a="http://schemas.openxmlformats.org/drawingml/2006/main" xmlns:pic="http://schemas.openxmlformats.org/drawingml/2006/picture">
            <wp:extent cx="6400800" cy="4264873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beafcea43b4e7acbc0b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8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深圳罗湖外语实验学校考点外，考生进场前与老师深情拥抱，千言万语尽在不言中。</w:t>
      </w:r>
    </w:p>
    <w:p>
      <w:r>
        <w:drawing>
          <wp:inline xmlns:a="http://schemas.openxmlformats.org/drawingml/2006/main" xmlns:pic="http://schemas.openxmlformats.org/drawingml/2006/picture">
            <wp:extent cx="6400800" cy="4264873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f554dbe730fea9aca6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8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青春飞扬，梦想起航，首届首创，整装出发！华中师范大学附属龙园学校老师们与考生击掌鼓劲。</w:t>
      </w:r>
    </w:p>
    <w:p>
      <w:r>
        <w:drawing>
          <wp:inline xmlns:a="http://schemas.openxmlformats.org/drawingml/2006/main" xmlns:pic="http://schemas.openxmlformats.org/drawingml/2006/picture">
            <wp:extent cx="6400800" cy="4264873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8b0c71320ffeacce237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8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临考前，宝安中学（集团）初中部团委组织初一学子为学长手绘祝福风铃，为考生营造了暖心、积极的迎考氛围。</w:t>
      </w:r>
    </w:p>
    <w:p>
      <w:r>
        <w:drawing>
          <wp:inline xmlns:a="http://schemas.openxmlformats.org/drawingml/2006/main" xmlns:pic="http://schemas.openxmlformats.org/drawingml/2006/picture">
            <wp:extent cx="6400800" cy="4264873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4c6df7252f5476e853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8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深圳实验学校考点，家长们拉起横幅，“乾坤未定，你就是黑马”。</w:t>
      </w:r>
    </w:p>
    <w:p>
      <w:r>
        <w:t>中考加油，愿你所有的付出，终有回报</w:t>
      </w:r>
    </w:p>
    <w:p>
      <w:r>
        <w:t>在这场特殊的中考中</w:t>
      </w:r>
    </w:p>
    <w:p>
      <w:r>
        <w:t>我们看见，考生们昂扬自信走进考场</w:t>
      </w:r>
    </w:p>
    <w:p>
      <w:r>
        <w:t>我们看见，老师们殷殷期盼热情送考</w:t>
      </w:r>
    </w:p>
    <w:p>
      <w:r>
        <w:t>我们看见，家长们满怀期盼默默守候</w:t>
      </w:r>
    </w:p>
    <w:p>
      <w:r>
        <w:t>而在我们看不见的地方</w:t>
      </w:r>
    </w:p>
    <w:p>
      <w:r>
        <w:t>市教育部门会同各相关部门</w:t>
      </w:r>
    </w:p>
    <w:p>
      <w:r>
        <w:t>各司其职，协调联动</w:t>
      </w:r>
    </w:p>
    <w:p>
      <w:r>
        <w:t>为中考平安顺利进行全面保障</w:t>
      </w:r>
    </w:p>
    <w:p>
      <w:r>
        <w:t>来源：深圳市招生考试办公室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8959967.html" TargetMode="External"/><Relationship Id="rId11" Type="http://schemas.openxmlformats.org/officeDocument/2006/relationships/hyperlink" Target="https://szeb.sz.gov.cn/szzkw/zkgg/zkxx/content/post_8946018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