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https://szeb.sz.gov.cn/szzkw/zkcx/zxks/zkzy/bkcc/content/post_8949110.html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33650f49931843aa58ff7a679fecf0d10438ba5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33650f49931843aa58ff7a679fecf0d10438ba5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10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