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https://szeb.sz.gov.cn/szzkw/zkcx/zxks/zkzy/zkcc/content/post_8949002.html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e9c2191dfcf13f3635db26ddb087c2404969be5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e9c2191dfcf13f3635db26ddb087c2404969be5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0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